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העיתון הספרותי השיתופי – ערכה מלאה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משוב אישי – רפלקציה על התהליך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מהו משוב אישי ומה מטרתו בסיום פרויקט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בגוף ראשון בעזרת פתיחי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ארבע הקטגוריות של הרפלקציה ולדוגמאות שלהן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לתאר מה קרה בתוך התלמיד בזמן בניית העיתון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גוף 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200-250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אוריינות מידע והערכה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המשוב נכתב בגוף ראשון, בכנות ובפירוט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בהנחיות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הם נותנים נקודת פתיחה לכתיבה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היא עוסקת בתרומה לצוות, קשיים ועבודה משותפת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התאמה בין קטגוריה לשאלה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(איזו הערת עריכה שקיבלתי שינתה את הטקסט שלי לטובה?)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(איך בדקתי שהטענות שלי נשענות על הטקסט?)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(איזו נקודת מחלוקת בצוות גרמה לי לחשוב מחדש?)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(מה הייתה התרומה המיוחדת שלי לצוות?)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פתיחי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הבנתי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צוות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ספרותי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את מבנה המשוב של תמר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תיאור הציפייה הראשונית - שהמשימה תהיה משעממת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תיאור הגילוי שהפורמט של העיתון עזר להתקרב לשירים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תיאור רגע הקושי בישיבת המערכת השנייה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סיכום שלושת הלקחים ומה היתה עושה אחרת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כתיבת משוב אישי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הטקסט נכתב בגוף ראשון, כולל התייחסות לארבע הקטגוריות (לשונית, מידע, ביקורתית, צוות) ולפחות דוגמה מוחשית אחת מהתהליך.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המראה שינוי מחשבה או התלבטות במהלך העבודה.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שמדובר בתיעוד אישי של התהליך בגוף ראשון עם דוגמה מוחשית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פתיח רלוונטי מהרשימה שהופיע בדף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ומנומקת הקשורה לאחת הקטגוריות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בקול את הדוגמה של תמר כמודל לפני שהתלמידים כותבים בעצמם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שימוש בפתיחי המשפטים כתמיכה לתלמידים שמתקשים להתחיל לכתוב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לחלק את הכתיבה לשלבים: טיוטה ראשונה, קריאה בזוגות, שכתוב סופי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העיתון הספרותי השיתופי – ערכה מלאה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משוב אישי – רפלקציה על התהליך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בסיום הכנת העיתון הספרותי כותבים משוב אישי שבו מספרים מה קרה בתהליך – מה למדנו, מה היה קשה ובמה אנחנו גאים. המשוב נכתב בגוף ראשון ובעזרת דוגמאות מוחשיות.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המטרה העיקרית של המשוב האישי?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לתאר מה קרה בתוך התלמיד בזמן בניית העיתון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לסכם את תוכן השיר שנלמד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לבקר את חברי הצוות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לכתוב ביקורת ספרות מקצועית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באיזה גוף צריך לכתוב את המשוב?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גוף 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גוף שני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גוף שלישי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גוף 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מילים בערך צריך המשוב לכלול?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100-150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200-250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300-350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50-80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לאיזו קטגוריה שייכת השאלה 'איך בחרתי את הציטוטים שלי?'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אוריינות לשונית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אוריינות מידע והערכה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חשיבה ביקורתית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עבודת צוות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לכתוב את המשוב בגוף שלישי, כאילו מדובר במישהו אחר.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המשוב צריך לכלול דוגמאות מוחשיות מהתהליך.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פתיחי המשפטים נועדו לעזור להתחיל לכתוב את המשוב.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קטגוריית 'עבודת צוות ומודעות חברתית' עוסקת רק בבחירת ציטוטים.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התאמה בין קטגוריה לשאלה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אוריינות לשונית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מה הייתה התרומה המיוחדת שלי לצוות?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אוריינות מידע והערכה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איזו הערת עריכה שקיבלתי שינתה את הטקסט שלי לטובה?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חשיבה ביקורתית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איך בדקתי שהטענות שלי נשענות על הטקסט?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עבודת צוות ומודעות חברתית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איזו נקודת מחלוקת בצוות גרמה לי לחשוב מחדש?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פתיחי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בתחילת הדרך חשבתי ש..., אבל בסוף __________ ש...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הרגע ה__________ ביותר עבורי היה...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בזכות חבר/ת ה__________ שלי למדתי...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המושג ה__________ שהכי עזר לי היה..., כי...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את מבנה המשוב של תמר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תיאור הגילוי שהפורמט של העיתון עזר להתקרב לשירים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סיכום שלושת הלקחים ומה היתה עושה אחרת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תיאור הציפייה הראשונית - שהמשימה תהיה משעממת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תיאור רגע הקושי בישיבת המערכת השנייה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כתיבת משוב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משוב אישי (כ-200-250 מילים) על תהליך הכנת העיתון שלכם, תוך שימוש בלפחות שלושה פתיחי משפטים מהרשימה.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שתיים מהשאלות בקטגוריית 'חשיבה ביקורתית' וענו עליהן בפירוט.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משוב אישי ולמה הוא חשוב בסיום פרויקט?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לפתיח משפט שיכול לעזור לכם להתחיל לכתוב משוב.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איזו קטגוריה - לשונית, מידע, ביקורתית או צוות - הכי מדברת אליכם,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משוב אישי – רפלקציה על התהליך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