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אישי – רפלקציה על התהליך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משוב אישי ומה מטרתו בסיום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בגוף ראשון בעזרת פתיחי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ארבע הקטגוריות של הרפלקציה ולדוגמאות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לתאר מה קרה בתוך התלמיד בזמן בניית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המשוב נכתב בגוף ראשון, בכנות ובפירוט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בהנחיות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קטגוריה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(איזו הערת עריכה שקיבלתי שינתה את הטקסט שלי לטובה?)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בדקתי שהטענות שלי נשענות על הטקסט?)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פתיחי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את מבנה המשוב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הציפייה הראשונית - שהמשימה תהיה משעממת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הגילוי שהפורמט של העיתון עזר להתקרב לשירים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רגע הקושי בישיבת המערכת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משוב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הטקסט נכתב בגוף ראשון, כולל התייחסות לארבע הקטגוריות (לשונית, מידע, ביקורתית, צוות) ולפחות דוגמה מוחשית אחת מהתהליך.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שמדובר בתיעוד אישי של התהליך בגוף ראשון עם דוגמה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פתיח רלוונטי מהרשימה שהופיע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ומנומקת הקשורה לאחת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הדוגמה של תמר כמודל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בפתיחי המשפטים כתמיכה לתלמידים שמתקשים להתחיל לכתוב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הכתיבה לשלבים: טיוטה ראשונה, קריאה בזוגות, שכתוב סופי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אישי – רפלקציה על התהליך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בסיום הכנת העיתון הספרותי כותבים משוב אישי שבו מספרים מה קרה בתהליך – מה למדנו, מה היה קשה ובמה אנחנו גאים. המשוב נכתב בגוף ראשון ובעזרת דוגמאות מוחשיות.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קשה  ·  הבנתי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המשוב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מה קרה בתוך התלמיד בזמן בניית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לסכם את תוכן השיר שנלמד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לבקר את חברי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צריך לכתוב את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את המשוב בגוף שלישי, כאילו מדובר במישהו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המשוב צריך לכלול דוגמאות מוחשיות מהתהליך.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קטגוריה לשאלה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אוריינות לשונית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בדקתי שהטענות שלי נשענות על הטקסט?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אוריינות מידע והערכה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איזו הערת עריכה שקיבלתי שינתה את הטקסט שלי לטובה?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פתיחי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בתחילת הדרך חשבתי ש..., אבל בסוף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הרגע ה__________ ביותר עבורי היה...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את מבנה המשוב של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הגילוי שהפורמט של העיתון עזר להתקרב לשירים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הציפייה הראשונית - שהמשימה תהיה משעממת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רגע הקושי בישיבת המערכת השנייה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משוב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משוב אישי (כ-200-250 מילים) על תהליך הכנת העיתון שלכם, תוך שימוש בלפחות שלושה פתיחי משפטים מהרשימה.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משוב אישי ולמה הוא חשוב בסיום פרויקט?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לפתיח משפט שיכול לעזור לכם להתחיל לכתוב משוב.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משוב אישי – רפלקציה על התהליך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